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wordWrap w:val="0"/>
        <w:autoSpaceDE w:val="0"/>
        <w:autoSpaceDN w:val="0"/>
        <w:spacing w:line="14" w:lineRule="exact" w:before="0" w:after="272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wordWrap w:val="0"/>
        <w:autoSpaceDE w:val="0"/>
        <w:autoSpaceDN w:val="0"/>
        <w:spacing w:line="300" w:lineRule="exact" w:before="572" w:after="346"/>
        <w:ind w:left="350" w:right="0" w:firstLine="0"/>
        <w:jc w:val="left"/>
      </w:pPr>
      <w:r>
        <w:rPr>
          <w:rFonts w:ascii="Arial" w:hAnsi="Arial" w:eastAsia="Arial"/>
          <w:b/>
          <w:i w:val="0"/>
          <w:color w:val="0080FF"/>
          <w:sz w:val="30"/>
        </w:rPr>
        <w:t>REALTEST</w:t>
      </w:r>
      <w:r>
        <w:rPr>
          <w:rFonts w:ascii="Arial" w:hAnsi="Arial" w:eastAsia="Arial"/>
          <w:b/>
          <w:i w:val="0"/>
          <w:color w:val="0080FF"/>
          <w:sz w:val="30"/>
        </w:rPr>
        <w:t>.</w:t>
      </w:r>
      <w:r>
        <w:rPr>
          <w:rFonts w:ascii="Arial" w:hAnsi="Arial" w:eastAsia="Arial"/>
          <w:b/>
          <w:i w:val="0"/>
          <w:color w:val="0080FF"/>
          <w:sz w:val="30"/>
        </w:rPr>
        <w:t>ORG</w:t>
      </w:r>
      <w:r>
        <w:rPr>
          <w:rFonts w:ascii="Times New Roman" w:hAnsi="Times New Roman" w:eastAsia="Times New Roman"/>
          <w:b/>
          <w:color w:val="FFFFFF"/>
          <w:spacing w:val="8"/>
          <w:sz w:val="30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0"/>
        </w:rPr>
        <w:t>SCANNED</w:t>
      </w:r>
      <w:r>
        <w:rPr>
          <w:rFonts w:ascii="Times New Roman" w:hAnsi="Times New Roman" w:eastAsia="Times New Roman"/>
          <w:b/>
          <w:color w:val="FFFFFF"/>
          <w:spacing w:val="8"/>
          <w:sz w:val="30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0"/>
        </w:rPr>
        <w:t>PDF</w:t>
      </w:r>
      <w:r>
        <w:rPr>
          <w:rFonts w:ascii="Times New Roman" w:hAnsi="Times New Roman" w:eastAsia="Times New Roman"/>
          <w:b/>
          <w:color w:val="FFFFFF"/>
          <w:spacing w:val="8"/>
          <w:sz w:val="30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0"/>
        </w:rPr>
        <w:t>OCR</w:t>
      </w:r>
      <w:r>
        <w:rPr>
          <w:rFonts w:ascii="Times New Roman" w:hAnsi="Times New Roman" w:eastAsia="Times New Roman"/>
          <w:b/>
          <w:color w:val="FFFFFF"/>
          <w:spacing w:val="8"/>
          <w:sz w:val="30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0"/>
        </w:rPr>
        <w:t>BENCHMARK</w:t>
      </w:r>
      <w:r>
        <w:rPr>
          <w:rFonts w:ascii="Times New Roman" w:hAnsi="Times New Roman" w:eastAsia="Times New Roman"/>
          <w:b/>
          <w:color w:val="FFFFFF"/>
          <w:spacing w:val="8"/>
          <w:sz w:val="30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30"/>
        </w:rPr>
        <w:t>V1</w:t>
      </w:r>
      <w:r>
        <w:rPr>
          <w:rFonts w:ascii="Arial" w:hAnsi="Arial" w:eastAsia="Arial"/>
          <w:b/>
          <w:i w:val="0"/>
          <w:color w:val="FFFFFF"/>
          <w:sz w:val="30"/>
        </w:rPr>
        <w:t>.</w:t>
      </w:r>
      <w:r>
        <w:rPr>
          <w:rFonts w:ascii="Arial" w:hAnsi="Arial" w:eastAsia="Arial"/>
          <w:b/>
          <w:i w:val="0"/>
          <w:color w:val="FFFFFF"/>
          <w:sz w:val="30"/>
        </w:rPr>
        <w:t>0</w:t>
      </w:r>
    </w:p>
    <w:p>
      <w:pPr>
        <w:widowControl/>
        <w:wordWrap w:val="0"/>
        <w:autoSpaceDE w:val="0"/>
        <w:autoSpaceDN w:val="0"/>
        <w:spacing w:line="180" w:lineRule="exact" w:before="692" w:after="319"/>
        <w:ind w:left="28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8"/>
        </w:rPr>
        <w:t>DOCUMENT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TYPE</w:t>
      </w:r>
      <w:r>
        <w:rPr>
          <w:rFonts w:ascii="Arial" w:hAnsi="Arial" w:eastAsia="Arial"/>
          <w:b w:val="0"/>
          <w:i w:val="0"/>
          <w:color w:val="000000"/>
          <w:sz w:val="18"/>
        </w:rPr>
        <w:t>: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150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DPI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RASTER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SCAN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ONLY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pacing w:val="2"/>
          <w:sz w:val="18"/>
        </w:rPr>
        <w:t>|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EMBEDDED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PDF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FONTS</w:t>
      </w:r>
      <w:r>
        <w:rPr>
          <w:rFonts w:ascii="Arial" w:hAnsi="Arial" w:eastAsia="Arial"/>
          <w:b w:val="0"/>
          <w:i w:val="0"/>
          <w:color w:val="000000"/>
          <w:sz w:val="18"/>
        </w:rPr>
        <w:t>: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0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|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PAGES</w:t>
      </w:r>
      <w:r>
        <w:rPr>
          <w:rFonts w:ascii="Arial" w:hAnsi="Arial" w:eastAsia="Arial"/>
          <w:b w:val="0"/>
          <w:i w:val="0"/>
          <w:color w:val="000000"/>
          <w:spacing w:val="2"/>
          <w:sz w:val="18"/>
        </w:rPr>
        <w:t>: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1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OF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2</w:t>
      </w:r>
    </w:p>
    <w:p>
      <w:pPr>
        <w:widowControl/>
        <w:wordWrap w:val="0"/>
        <w:autoSpaceDE w:val="0"/>
        <w:autoSpaceDN w:val="0"/>
        <w:spacing w:line="240" w:lineRule="exact" w:before="639" w:after="127"/>
        <w:ind w:left="6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>SECTION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1</w:t>
      </w:r>
      <w:r>
        <w:rPr>
          <w:rFonts w:ascii="Arial" w:hAnsi="Arial" w:eastAsia="Arial"/>
          <w:b/>
          <w:i w:val="0"/>
          <w:color w:val="000000"/>
          <w:sz w:val="24"/>
        </w:rPr>
        <w:t>:</w:t>
      </w:r>
      <w:r>
        <w:rPr>
          <w:rFonts w:ascii="Times New Roman" w:hAnsi="Times New Roman" w:eastAsia="Times New Roman"/>
          <w:b/>
          <w:color w:val="000000"/>
          <w:spacing w:val="165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OPTICAL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CHARACTER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RECOGNITION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&amp;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TEXT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LAYER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AUDIT</w:t>
      </w:r>
    </w:p>
    <w:p>
      <w:pPr>
        <w:widowControl/>
        <w:wordWrap w:val="0"/>
        <w:autoSpaceDE w:val="0"/>
        <w:autoSpaceDN w:val="0"/>
        <w:spacing w:line="200" w:lineRule="exact" w:before="255" w:after="70"/>
        <w:ind w:left="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Scanned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PDF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documents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contain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zero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native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font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streams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require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true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optical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character</w:t>
      </w:r>
    </w:p>
    <w:p>
      <w:pPr>
        <w:widowControl/>
        <w:wordWrap w:val="0"/>
        <w:autoSpaceDE w:val="0"/>
        <w:autoSpaceDN w:val="0"/>
        <w:spacing w:line="200" w:lineRule="exact" w:before="140" w:after="70"/>
        <w:ind w:left="6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recognition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to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recover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searchable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w w:val="101"/>
          <w:sz w:val="20"/>
        </w:rPr>
        <w:t>text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invoice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identifiers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structured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financial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numbers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00" w:lineRule="exact" w:before="140" w:after="262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Tools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that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only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extract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existing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PDF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text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layers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without</w:t>
      </w:r>
      <w:r>
        <w:rPr>
          <w:rFonts w:ascii="Times New Roman" w:hAnsi="Times New Roman" w:eastAsia="Times New Roman"/>
          <w:b w:val="0"/>
          <w:color w:val="000000"/>
          <w:spacing w:val="8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running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OCR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engine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produce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blank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output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40" w:lineRule="exact" w:before="525" w:after="243"/>
        <w:ind w:left="6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>SECTION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2</w:t>
      </w:r>
      <w:r>
        <w:rPr>
          <w:rFonts w:ascii="Arial" w:hAnsi="Arial" w:eastAsia="Arial"/>
          <w:b/>
          <w:i w:val="0"/>
          <w:color w:val="000000"/>
          <w:sz w:val="24"/>
        </w:rPr>
        <w:t>:</w:t>
      </w:r>
      <w:r>
        <w:rPr>
          <w:rFonts w:ascii="Times New Roman" w:hAnsi="Times New Roman" w:eastAsia="Times New Roman"/>
          <w:b/>
          <w:color w:val="000000"/>
          <w:spacing w:val="160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INVOICE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&amp;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FINANCIAL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TABLE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OCR</w:t>
      </w:r>
      <w:r>
        <w:rPr>
          <w:rFonts w:ascii="Times New Roman" w:hAnsi="Times New Roman" w:eastAsia="Times New Roman"/>
          <w:b/>
          <w:color w:val="000000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4"/>
        </w:rPr>
        <w:t>ACCURACY</w:t>
      </w:r>
    </w:p>
    <w:p>
      <w:pPr>
        <w:widowControl/>
        <w:wordWrap w:val="0"/>
        <w:autoSpaceDE w:val="0"/>
        <w:autoSpaceDN w:val="0"/>
        <w:spacing w:line="205" w:lineRule="exact" w:before="486" w:after="217"/>
        <w:ind w:left="24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0"/>
        </w:rPr>
        <w:t>Invoice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ID</w:t>
      </w:r>
      <w:r>
        <w:rPr>
          <w:rFonts w:ascii="Arial" w:hAnsi="Arial" w:eastAsia="Arial"/>
          <w:b/>
          <w:i w:val="0"/>
          <w:color w:val="000000"/>
          <w:spacing w:val="1591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Amount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USD</w:t>
      </w:r>
      <w:r>
        <w:rPr>
          <w:rFonts w:ascii="Arial" w:hAnsi="Arial" w:eastAsia="Arial"/>
          <w:b/>
          <w:i w:val="0"/>
          <w:color w:val="000000"/>
          <w:spacing w:val="1322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Confidence</w:t>
      </w:r>
      <w:r>
        <w:rPr>
          <w:rFonts w:ascii="Arial" w:hAnsi="Arial" w:eastAsia="Arial"/>
          <w:b/>
          <w:i w:val="0"/>
          <w:color w:val="000000"/>
          <w:spacing w:val="1046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Verification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Code</w:t>
      </w:r>
    </w:p>
    <w:p>
      <w:pPr>
        <w:widowControl/>
        <w:wordWrap w:val="0"/>
        <w:autoSpaceDE w:val="0"/>
        <w:autoSpaceDN w:val="0"/>
        <w:spacing w:line="205" w:lineRule="exact" w:before="434" w:after="217"/>
        <w:ind w:left="245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INV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2026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0108</w:t>
      </w:r>
      <w:r>
        <w:rPr>
          <w:rFonts w:ascii="Times New Roman" w:hAnsi="Times New Roman" w:eastAsia="Times New Roman"/>
          <w:b w:val="0"/>
          <w:color w:val="000000"/>
          <w:spacing w:val="1184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$</w:t>
      </w:r>
      <w:r>
        <w:rPr>
          <w:rFonts w:ascii="Arial" w:hAnsi="Arial" w:eastAsia="Arial"/>
          <w:b w:val="0"/>
          <w:i w:val="0"/>
          <w:color w:val="000000"/>
          <w:sz w:val="20"/>
        </w:rPr>
        <w:t>128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Arial" w:hAnsi="Arial" w:eastAsia="Arial"/>
          <w:b w:val="0"/>
          <w:i w:val="0"/>
          <w:color w:val="000000"/>
          <w:sz w:val="20"/>
        </w:rPr>
        <w:t>450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Arial" w:hAnsi="Arial" w:eastAsia="Arial"/>
          <w:b w:val="0"/>
          <w:i w:val="0"/>
          <w:color w:val="000000"/>
          <w:sz w:val="20"/>
        </w:rPr>
        <w:t>00</w:t>
      </w:r>
      <w:r>
        <w:rPr>
          <w:rFonts w:ascii="Arial" w:hAnsi="Arial" w:eastAsia="Arial"/>
          <w:b w:val="0"/>
          <w:i w:val="0"/>
          <w:color w:val="000000"/>
          <w:spacing w:val="1433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99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Arial" w:hAnsi="Arial" w:eastAsia="Arial"/>
          <w:b w:val="0"/>
          <w:i w:val="0"/>
          <w:color w:val="000000"/>
          <w:sz w:val="20"/>
        </w:rPr>
        <w:t>42</w:t>
      </w:r>
      <w:r>
        <w:rPr>
          <w:rFonts w:ascii="Arial" w:hAnsi="Arial" w:eastAsia="Arial"/>
          <w:b w:val="0"/>
          <w:i w:val="0"/>
          <w:color w:val="000000"/>
          <w:sz w:val="20"/>
        </w:rPr>
        <w:t>%</w:t>
      </w:r>
      <w:r>
        <w:rPr>
          <w:rFonts w:ascii="Times New Roman" w:hAnsi="Times New Roman" w:eastAsia="Times New Roman"/>
          <w:b w:val="0"/>
          <w:color w:val="000000"/>
          <w:spacing w:val="1477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OCR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ALPHA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01</w:t>
      </w:r>
    </w:p>
    <w:p>
      <w:pPr>
        <w:widowControl/>
        <w:wordWrap w:val="0"/>
        <w:autoSpaceDE w:val="0"/>
        <w:autoSpaceDN w:val="0"/>
        <w:spacing w:line="205" w:lineRule="exact" w:before="435" w:after="217"/>
        <w:ind w:left="245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INV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2026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0219</w:t>
      </w:r>
      <w:r>
        <w:rPr>
          <w:rFonts w:ascii="Times New Roman" w:hAnsi="Times New Roman" w:eastAsia="Times New Roman"/>
          <w:b w:val="0"/>
          <w:color w:val="000000"/>
          <w:spacing w:val="1184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$</w:t>
      </w:r>
      <w:r>
        <w:rPr>
          <w:rFonts w:ascii="Arial" w:hAnsi="Arial" w:eastAsia="Arial"/>
          <w:b w:val="0"/>
          <w:i w:val="0"/>
          <w:color w:val="000000"/>
          <w:sz w:val="20"/>
        </w:rPr>
        <w:t>256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Arial" w:hAnsi="Arial" w:eastAsia="Arial"/>
          <w:b w:val="0"/>
          <w:i w:val="0"/>
          <w:color w:val="000000"/>
          <w:sz w:val="20"/>
        </w:rPr>
        <w:t>900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Arial" w:hAnsi="Arial" w:eastAsia="Arial"/>
          <w:b w:val="0"/>
          <w:i w:val="0"/>
          <w:color w:val="000000"/>
          <w:sz w:val="20"/>
        </w:rPr>
        <w:t>50</w:t>
      </w:r>
      <w:r>
        <w:rPr>
          <w:rFonts w:ascii="Arial" w:hAnsi="Arial" w:eastAsia="Arial"/>
          <w:b w:val="0"/>
          <w:i w:val="0"/>
          <w:color w:val="000000"/>
          <w:spacing w:val="1433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98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Arial" w:hAnsi="Arial" w:eastAsia="Arial"/>
          <w:b w:val="0"/>
          <w:i w:val="0"/>
          <w:color w:val="000000"/>
          <w:sz w:val="20"/>
        </w:rPr>
        <w:t>85</w:t>
      </w:r>
      <w:r>
        <w:rPr>
          <w:rFonts w:ascii="Arial" w:hAnsi="Arial" w:eastAsia="Arial"/>
          <w:b w:val="0"/>
          <w:i w:val="0"/>
          <w:color w:val="000000"/>
          <w:sz w:val="20"/>
        </w:rPr>
        <w:t>%</w:t>
      </w:r>
      <w:r>
        <w:rPr>
          <w:rFonts w:ascii="Times New Roman" w:hAnsi="Times New Roman" w:eastAsia="Times New Roman"/>
          <w:b w:val="0"/>
          <w:color w:val="000000"/>
          <w:spacing w:val="1477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OCR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BETA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02</w:t>
      </w:r>
    </w:p>
    <w:p>
      <w:pPr>
        <w:widowControl/>
        <w:wordWrap w:val="0"/>
        <w:autoSpaceDE w:val="0"/>
        <w:autoSpaceDN w:val="0"/>
        <w:spacing w:line="205" w:lineRule="exact" w:before="435" w:after="483"/>
        <w:ind w:left="245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INV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2026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0387</w:t>
      </w:r>
      <w:r>
        <w:rPr>
          <w:rFonts w:ascii="Times New Roman" w:hAnsi="Times New Roman" w:eastAsia="Times New Roman"/>
          <w:b w:val="0"/>
          <w:color w:val="000000"/>
          <w:spacing w:val="1184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$</w:t>
      </w:r>
      <w:r>
        <w:rPr>
          <w:rFonts w:ascii="Arial" w:hAnsi="Arial" w:eastAsia="Arial"/>
          <w:b w:val="0"/>
          <w:i w:val="0"/>
          <w:color w:val="000000"/>
          <w:sz w:val="20"/>
        </w:rPr>
        <w:t>512</w:t>
      </w:r>
      <w:r>
        <w:rPr>
          <w:rFonts w:ascii="Arial" w:hAnsi="Arial" w:eastAsia="Arial"/>
          <w:b w:val="0"/>
          <w:i w:val="0"/>
          <w:color w:val="000000"/>
          <w:sz w:val="20"/>
        </w:rPr>
        <w:t>,</w:t>
      </w:r>
      <w:r>
        <w:rPr>
          <w:rFonts w:ascii="Arial" w:hAnsi="Arial" w:eastAsia="Arial"/>
          <w:b w:val="0"/>
          <w:i w:val="0"/>
          <w:color w:val="000000"/>
          <w:sz w:val="20"/>
        </w:rPr>
        <w:t>750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Arial" w:hAnsi="Arial" w:eastAsia="Arial"/>
          <w:b w:val="0"/>
          <w:i w:val="0"/>
          <w:color w:val="000000"/>
          <w:sz w:val="20"/>
        </w:rPr>
        <w:t>25</w:t>
      </w:r>
      <w:r>
        <w:rPr>
          <w:rFonts w:ascii="Arial" w:hAnsi="Arial" w:eastAsia="Arial"/>
          <w:b w:val="0"/>
          <w:i w:val="0"/>
          <w:color w:val="000000"/>
          <w:spacing w:val="1433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99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Arial" w:hAnsi="Arial" w:eastAsia="Arial"/>
          <w:b w:val="0"/>
          <w:i w:val="0"/>
          <w:color w:val="000000"/>
          <w:sz w:val="20"/>
        </w:rPr>
        <w:t>91</w:t>
      </w:r>
      <w:r>
        <w:rPr>
          <w:rFonts w:ascii="Arial" w:hAnsi="Arial" w:eastAsia="Arial"/>
          <w:b w:val="0"/>
          <w:i w:val="0"/>
          <w:color w:val="000000"/>
          <w:sz w:val="20"/>
        </w:rPr>
        <w:t>%</w:t>
      </w:r>
      <w:r>
        <w:rPr>
          <w:rFonts w:ascii="Times New Roman" w:hAnsi="Times New Roman" w:eastAsia="Times New Roman"/>
          <w:b w:val="0"/>
          <w:color w:val="000000"/>
          <w:spacing w:val="1477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OCR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GAMMA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03</w:t>
      </w:r>
    </w:p>
    <w:p>
      <w:pPr>
        <w:widowControl/>
        <w:wordWrap w:val="0"/>
        <w:autoSpaceDE w:val="0"/>
        <w:autoSpaceDN w:val="0"/>
        <w:spacing w:line="200" w:lineRule="exact" w:before="966" w:after="109"/>
        <w:ind w:left="28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0"/>
        </w:rPr>
        <w:t>CONFUSABLE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GLYPH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AUDIT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BLOCK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pacing w:val="2"/>
          <w:sz w:val="20"/>
        </w:rPr>
        <w:t>(</w:t>
      </w:r>
      <w:r>
        <w:rPr>
          <w:rFonts w:ascii="Arial" w:hAnsi="Arial" w:eastAsia="Arial"/>
          <w:b/>
          <w:i w:val="0"/>
          <w:color w:val="000000"/>
          <w:sz w:val="20"/>
        </w:rPr>
        <w:t>0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vs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O</w:t>
      </w:r>
      <w:r>
        <w:rPr>
          <w:rFonts w:ascii="Arial" w:hAnsi="Arial" w:eastAsia="Arial"/>
          <w:b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1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vs</w:t>
      </w:r>
      <w:r>
        <w:rPr>
          <w:rFonts w:ascii="Times New Roman" w:hAnsi="Times New Roman" w:eastAsia="Times New Roman"/>
          <w:b/>
          <w:color w:val="000000"/>
          <w:spacing w:val="7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I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vs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I</w:t>
      </w:r>
      <w:r>
        <w:rPr>
          <w:rFonts w:ascii="Arial" w:hAnsi="Arial" w:eastAsia="Arial"/>
          <w:b/>
          <w:i w:val="0"/>
          <w:color w:val="000000"/>
          <w:sz w:val="20"/>
        </w:rPr>
        <w:t>,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5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vs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S</w:t>
      </w:r>
      <w:r>
        <w:rPr>
          <w:rFonts w:ascii="Arial" w:hAnsi="Arial" w:eastAsia="Arial"/>
          <w:b/>
          <w:i w:val="0"/>
          <w:color w:val="000000"/>
          <w:spacing w:val="2"/>
          <w:sz w:val="20"/>
        </w:rPr>
        <w:t>,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8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vs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B</w:t>
      </w:r>
      <w:r>
        <w:rPr>
          <w:rFonts w:ascii="Arial" w:hAnsi="Arial" w:eastAsia="Arial"/>
          <w:b/>
          <w:i w:val="0"/>
          <w:color w:val="000000"/>
          <w:sz w:val="20"/>
        </w:rPr>
        <w:t>):</w:t>
      </w:r>
    </w:p>
    <w:p>
      <w:pPr>
        <w:widowControl/>
        <w:wordWrap w:val="0"/>
        <w:autoSpaceDE w:val="0"/>
        <w:autoSpaceDN w:val="0"/>
        <w:spacing w:line="200" w:lineRule="exact" w:before="219" w:after="2815"/>
        <w:ind w:left="28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BATCH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ID</w:t>
      </w:r>
      <w:r>
        <w:rPr>
          <w:rFonts w:ascii="Arial" w:hAnsi="Arial" w:eastAsia="Arial"/>
          <w:b w:val="0"/>
          <w:i w:val="0"/>
          <w:color w:val="000000"/>
          <w:sz w:val="20"/>
        </w:rPr>
        <w:t>: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RT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2026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8051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|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SERIAL</w:t>
      </w:r>
      <w:r>
        <w:rPr>
          <w:rFonts w:ascii="Arial" w:hAnsi="Arial" w:eastAsia="Arial"/>
          <w:b w:val="0"/>
          <w:i w:val="0"/>
          <w:color w:val="000000"/>
          <w:sz w:val="20"/>
        </w:rPr>
        <w:t>: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0192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8374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5500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|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STATUS</w:t>
      </w:r>
      <w:r>
        <w:rPr>
          <w:rFonts w:ascii="Arial" w:hAnsi="Arial" w:eastAsia="Arial"/>
          <w:b w:val="0"/>
          <w:i w:val="0"/>
          <w:color w:val="000000"/>
          <w:sz w:val="20"/>
        </w:rPr>
        <w:t>:</w:t>
      </w:r>
      <w:r>
        <w:rPr>
          <w:rFonts w:ascii="Times New Roman" w:hAnsi="Times New Roman" w:eastAsia="Times New Roman"/>
          <w:b w:val="0"/>
          <w:color w:val="000000"/>
          <w:spacing w:val="8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VERIFIED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CLEAN</w:t>
      </w:r>
    </w:p>
    <w:p>
      <w:pPr>
        <w:widowControl/>
        <w:wordWrap w:val="0"/>
        <w:autoSpaceDE w:val="0"/>
        <w:autoSpaceDN w:val="0"/>
        <w:spacing w:line="180" w:lineRule="exact" w:before="5630" w:after="0"/>
        <w:ind w:left="60" w:right="0" w:firstLine="0"/>
        <w:jc w:val="left"/>
      </w:pPr>
      <w:r>
        <w:rPr>
          <w:rFonts w:ascii="Arial" w:hAnsi="Arial" w:eastAsia="Arial"/>
          <w:b w:val="0"/>
          <w:i w:val="0"/>
          <w:color w:val="0080FF"/>
          <w:sz w:val="18"/>
        </w:rPr>
        <w:t>RealTest</w:t>
      </w:r>
      <w:r>
        <w:rPr>
          <w:rFonts w:ascii="Arial" w:hAnsi="Arial" w:eastAsia="Arial"/>
          <w:b w:val="0"/>
          <w:i w:val="0"/>
          <w:color w:val="0080FF"/>
          <w:sz w:val="18"/>
        </w:rPr>
        <w:t>.</w:t>
      </w:r>
      <w:r>
        <w:rPr>
          <w:rFonts w:ascii="Arial" w:hAnsi="Arial" w:eastAsia="Arial"/>
          <w:b w:val="0"/>
          <w:i w:val="0"/>
          <w:color w:val="0080FF"/>
          <w:sz w:val="18"/>
        </w:rPr>
        <w:t>org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Standard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Scanned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Benchmark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Fixture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(</w:t>
      </w:r>
      <w:r>
        <w:rPr>
          <w:rFonts w:ascii="Arial" w:hAnsi="Arial" w:eastAsia="Arial"/>
          <w:b w:val="0"/>
          <w:i w:val="0"/>
          <w:color w:val="000000"/>
          <w:sz w:val="18"/>
        </w:rPr>
        <w:t>anchor</w:t>
      </w:r>
      <w:r>
        <w:rPr>
          <w:rFonts w:ascii="Arial" w:hAnsi="Arial" w:eastAsia="Arial"/>
          <w:b w:val="0"/>
          <w:i w:val="0"/>
          <w:color w:val="000000"/>
          <w:sz w:val="18"/>
        </w:rPr>
        <w:t>_</w:t>
      </w:r>
      <w:r>
        <w:rPr>
          <w:rFonts w:ascii="Arial" w:hAnsi="Arial" w:eastAsia="Arial"/>
          <w:b w:val="0"/>
          <w:i w:val="0"/>
          <w:color w:val="000000"/>
          <w:sz w:val="18"/>
        </w:rPr>
        <w:t>pdfocr</w:t>
      </w:r>
      <w:r>
        <w:rPr>
          <w:rFonts w:ascii="Arial" w:hAnsi="Arial" w:eastAsia="Arial"/>
          <w:b w:val="0"/>
          <w:i w:val="0"/>
          <w:color w:val="000000"/>
          <w:sz w:val="18"/>
        </w:rPr>
        <w:t>_</w:t>
      </w:r>
      <w:r>
        <w:rPr>
          <w:rFonts w:ascii="Arial" w:hAnsi="Arial" w:eastAsia="Arial"/>
          <w:b w:val="0"/>
          <w:i w:val="0"/>
          <w:color w:val="000000"/>
          <w:sz w:val="18"/>
        </w:rPr>
        <w:t>v1</w:t>
      </w:r>
      <w:r>
        <w:rPr>
          <w:rFonts w:ascii="Arial" w:hAnsi="Arial" w:eastAsia="Arial"/>
          <w:b w:val="0"/>
          <w:i w:val="0"/>
          <w:color w:val="000000"/>
          <w:sz w:val="18"/>
        </w:rPr>
        <w:t>)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—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1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of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2</w:t>
      </w:r>
    </w:p>
    <w:p>
      <w:pPr>
        <w:spacing w:after="0"/>
        <w:sectPr>
          <w:pgSz w:w="12240" w:h="15840"/>
          <w:pgMar w:top="546" w:right="905" w:bottom="355" w:left="910" w:header="720" w:footer="720" w:gutter="0"/>
          <w:cols w:space="720" w:num="1" w:equalWidth="0">
            <w:col w:w="10425" w:space="0"/>
          </w:cols>
          <w:docGrid w:linePitch="360"/>
        </w:sectPr>
      </w:pPr>
    </w:p>
    <w:p>
      <w:pPr>
        <w:widowControl/>
        <w:wordWrap w:val="0"/>
        <w:autoSpaceDE w:val="0"/>
        <w:autoSpaceDN w:val="0"/>
        <w:spacing w:line="14" w:lineRule="exact" w:before="0" w:after="264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wordWrap w:val="0"/>
        <w:autoSpaceDE w:val="0"/>
        <w:autoSpaceDN w:val="0"/>
        <w:spacing w:line="240" w:lineRule="exact" w:before="555" w:after="400"/>
        <w:ind w:left="325" w:right="0" w:firstLine="0"/>
        <w:jc w:val="left"/>
      </w:pPr>
      <w:r>
        <w:rPr>
          <w:rFonts w:ascii="Arial" w:hAnsi="Arial" w:eastAsia="Arial"/>
          <w:b/>
          <w:i w:val="0"/>
          <w:color w:val="FFFFFF"/>
          <w:sz w:val="24"/>
        </w:rPr>
        <w:t>SECTION</w:t>
      </w:r>
      <w:r>
        <w:rPr>
          <w:rFonts w:ascii="Times New Roman" w:hAnsi="Times New Roman" w:eastAsia="Times New Roman"/>
          <w:b/>
          <w:color w:val="FFFFFF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4"/>
        </w:rPr>
        <w:t>3</w:t>
      </w:r>
      <w:r>
        <w:rPr>
          <w:rFonts w:ascii="Arial" w:hAnsi="Arial" w:eastAsia="Arial"/>
          <w:b/>
          <w:i w:val="0"/>
          <w:color w:val="FFFFFF"/>
          <w:sz w:val="24"/>
        </w:rPr>
        <w:t>:</w:t>
      </w:r>
      <w:r>
        <w:rPr>
          <w:rFonts w:ascii="Times New Roman" w:hAnsi="Times New Roman" w:eastAsia="Times New Roman"/>
          <w:b/>
          <w:color w:val="FFFFFF"/>
          <w:spacing w:val="405"/>
          <w:sz w:val="24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4"/>
        </w:rPr>
        <w:t>PAGE</w:t>
      </w:r>
      <w:r>
        <w:rPr>
          <w:rFonts w:ascii="Times New Roman" w:hAnsi="Times New Roman" w:eastAsia="Times New Roman"/>
          <w:b/>
          <w:color w:val="FFFFFF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4"/>
        </w:rPr>
        <w:t>2</w:t>
      </w:r>
      <w:r>
        <w:rPr>
          <w:rFonts w:ascii="Times New Roman" w:hAnsi="Times New Roman" w:eastAsia="Times New Roman"/>
          <w:b/>
          <w:color w:val="FFFFFF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4"/>
        </w:rPr>
        <w:t>MULTI</w:t>
      </w:r>
      <w:r>
        <w:rPr>
          <w:rFonts w:ascii="Arial" w:hAnsi="Arial" w:eastAsia="Arial"/>
          <w:b/>
          <w:i w:val="0"/>
          <w:color w:val="FFFFFF"/>
          <w:sz w:val="24"/>
        </w:rPr>
        <w:t>-</w:t>
      </w:r>
      <w:r>
        <w:rPr>
          <w:rFonts w:ascii="Arial" w:hAnsi="Arial" w:eastAsia="Arial"/>
          <w:b/>
          <w:i w:val="0"/>
          <w:color w:val="FFFFFF"/>
          <w:sz w:val="24"/>
        </w:rPr>
        <w:t>PAGE</w:t>
      </w:r>
      <w:r>
        <w:rPr>
          <w:rFonts w:ascii="Times New Roman" w:hAnsi="Times New Roman" w:eastAsia="Times New Roman"/>
          <w:b/>
          <w:color w:val="FFFFFF"/>
          <w:spacing w:val="9"/>
          <w:sz w:val="24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4"/>
        </w:rPr>
        <w:t>SCAN</w:t>
      </w:r>
      <w:r>
        <w:rPr>
          <w:rFonts w:ascii="Times New Roman" w:hAnsi="Times New Roman" w:eastAsia="Times New Roman"/>
          <w:b/>
          <w:color w:val="FFFFFF"/>
          <w:spacing w:val="6"/>
          <w:sz w:val="24"/>
        </w:rPr>
        <w:t xml:space="preserve"> </w:t>
      </w:r>
      <w:r>
        <w:rPr>
          <w:rFonts w:ascii="Arial" w:hAnsi="Arial" w:eastAsia="Arial"/>
          <w:b/>
          <w:i w:val="0"/>
          <w:color w:val="FFFFFF"/>
          <w:sz w:val="24"/>
        </w:rPr>
        <w:t>CONTINUATION</w:t>
      </w:r>
    </w:p>
    <w:p>
      <w:pPr>
        <w:widowControl/>
        <w:wordWrap w:val="0"/>
        <w:autoSpaceDE w:val="0"/>
        <w:autoSpaceDN w:val="0"/>
        <w:spacing w:line="200" w:lineRule="exact" w:before="800" w:after="70"/>
        <w:ind w:left="5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two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verifies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that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free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OCR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tiers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process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multi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scanned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documents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without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truncating</w:t>
      </w:r>
    </w:p>
    <w:p>
      <w:pPr>
        <w:widowControl/>
        <w:wordWrap w:val="0"/>
        <w:autoSpaceDE w:val="0"/>
        <w:autoSpaceDN w:val="0"/>
        <w:spacing w:line="200" w:lineRule="exact" w:before="140" w:after="350"/>
        <w:ind w:left="4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after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one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locking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searchable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PDF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downloads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behind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undisclosed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post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OCR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paywalls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00" w:lineRule="exact" w:before="701" w:after="109"/>
        <w:ind w:left="285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0"/>
        </w:rPr>
        <w:t>END</w:t>
      </w:r>
      <w:r>
        <w:rPr>
          <w:rFonts w:ascii="Arial" w:hAnsi="Arial" w:eastAsia="Arial"/>
          <w:b/>
          <w:i w:val="0"/>
          <w:color w:val="000000"/>
          <w:sz w:val="20"/>
        </w:rPr>
        <w:t>-</w:t>
      </w:r>
      <w:r>
        <w:rPr>
          <w:rFonts w:ascii="Arial" w:hAnsi="Arial" w:eastAsia="Arial"/>
          <w:b/>
          <w:i w:val="0"/>
          <w:color w:val="000000"/>
          <w:sz w:val="20"/>
        </w:rPr>
        <w:t>TO</w:t>
      </w:r>
      <w:r>
        <w:rPr>
          <w:rFonts w:ascii="Arial" w:hAnsi="Arial" w:eastAsia="Arial"/>
          <w:b/>
          <w:i w:val="0"/>
          <w:color w:val="000000"/>
          <w:sz w:val="20"/>
        </w:rPr>
        <w:t>-</w:t>
      </w:r>
      <w:r>
        <w:rPr>
          <w:rFonts w:ascii="Arial" w:hAnsi="Arial" w:eastAsia="Arial"/>
          <w:b/>
          <w:i w:val="0"/>
          <w:color w:val="000000"/>
          <w:sz w:val="20"/>
        </w:rPr>
        <w:t>END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MULTI</w:t>
      </w:r>
      <w:r>
        <w:rPr>
          <w:rFonts w:ascii="Arial" w:hAnsi="Arial" w:eastAsia="Arial"/>
          <w:b/>
          <w:i w:val="0"/>
          <w:color w:val="000000"/>
          <w:sz w:val="20"/>
        </w:rPr>
        <w:t>-</w:t>
      </w:r>
      <w:r>
        <w:rPr>
          <w:rFonts w:ascii="Arial" w:hAnsi="Arial" w:eastAsia="Arial"/>
          <w:b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OCR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VERIFICATION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TOKEN</w:t>
      </w:r>
      <w:r>
        <w:rPr>
          <w:rFonts w:ascii="Arial" w:hAnsi="Arial" w:eastAsia="Arial"/>
          <w:b/>
          <w:i w:val="0"/>
          <w:color w:val="000000"/>
          <w:sz w:val="20"/>
        </w:rPr>
        <w:t>:</w:t>
      </w:r>
    </w:p>
    <w:p>
      <w:pPr>
        <w:widowControl/>
        <w:wordWrap w:val="0"/>
        <w:autoSpaceDE w:val="0"/>
        <w:autoSpaceDN w:val="0"/>
        <w:spacing w:line="240" w:lineRule="exact" w:before="219" w:after="450"/>
        <w:ind w:left="29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>REALTEST</w:t>
      </w:r>
      <w:r>
        <w:rPr>
          <w:rFonts w:ascii="Arial" w:hAnsi="Arial" w:eastAsia="Arial"/>
          <w:b/>
          <w:i w:val="0"/>
          <w:color w:val="000000"/>
          <w:sz w:val="24"/>
        </w:rPr>
        <w:t>-</w:t>
      </w:r>
      <w:r>
        <w:rPr>
          <w:rFonts w:ascii="Arial" w:hAnsi="Arial" w:eastAsia="Arial"/>
          <w:b/>
          <w:i w:val="0"/>
          <w:color w:val="000000"/>
          <w:sz w:val="24"/>
        </w:rPr>
        <w:t>PDFOCR</w:t>
      </w:r>
      <w:r>
        <w:rPr>
          <w:rFonts w:ascii="Arial" w:hAnsi="Arial" w:eastAsia="Arial"/>
          <w:b/>
          <w:i w:val="0"/>
          <w:color w:val="000000"/>
          <w:sz w:val="24"/>
        </w:rPr>
        <w:t>-</w:t>
      </w:r>
      <w:r>
        <w:rPr>
          <w:rFonts w:ascii="Arial" w:hAnsi="Arial" w:eastAsia="Arial"/>
          <w:b/>
          <w:i w:val="0"/>
          <w:color w:val="000000"/>
          <w:sz w:val="24"/>
        </w:rPr>
        <w:t>PAGE2</w:t>
      </w:r>
      <w:r>
        <w:rPr>
          <w:rFonts w:ascii="Arial" w:hAnsi="Arial" w:eastAsia="Arial"/>
          <w:b/>
          <w:i w:val="0"/>
          <w:color w:val="000000"/>
          <w:sz w:val="24"/>
        </w:rPr>
        <w:t>-</w:t>
      </w:r>
      <w:r>
        <w:rPr>
          <w:rFonts w:ascii="Arial" w:hAnsi="Arial" w:eastAsia="Arial"/>
          <w:b/>
          <w:i w:val="0"/>
          <w:color w:val="000000"/>
          <w:sz w:val="24"/>
        </w:rPr>
        <w:t>VERIFIED</w:t>
      </w:r>
      <w:r>
        <w:rPr>
          <w:rFonts w:ascii="Arial" w:hAnsi="Arial" w:eastAsia="Arial"/>
          <w:b/>
          <w:i w:val="0"/>
          <w:color w:val="000000"/>
          <w:sz w:val="24"/>
        </w:rPr>
        <w:t>-</w:t>
      </w:r>
      <w:r>
        <w:rPr>
          <w:rFonts w:ascii="Arial" w:hAnsi="Arial" w:eastAsia="Arial"/>
          <w:b/>
          <w:i w:val="0"/>
          <w:color w:val="000000"/>
          <w:sz w:val="24"/>
        </w:rPr>
        <w:t>2026</w:t>
      </w:r>
    </w:p>
    <w:p>
      <w:pPr>
        <w:widowControl/>
        <w:wordWrap w:val="0"/>
        <w:autoSpaceDE w:val="0"/>
        <w:autoSpaceDN w:val="0"/>
        <w:spacing w:line="200" w:lineRule="exact" w:before="901" w:after="129"/>
        <w:ind w:left="4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0"/>
        </w:rPr>
        <w:t>SUMMARY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OF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EXPECTED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OCR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DELIVERABLE</w:t>
      </w:r>
      <w:r>
        <w:rPr>
          <w:rFonts w:ascii="Times New Roman" w:hAnsi="Times New Roman" w:eastAsia="Times New Roman"/>
          <w:b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/>
          <w:i w:val="0"/>
          <w:color w:val="000000"/>
          <w:sz w:val="20"/>
        </w:rPr>
        <w:t>PROPERTIES</w:t>
      </w:r>
      <w:r>
        <w:rPr>
          <w:rFonts w:ascii="Arial" w:hAnsi="Arial" w:eastAsia="Arial"/>
          <w:b/>
          <w:i w:val="0"/>
          <w:color w:val="000000"/>
          <w:sz w:val="20"/>
        </w:rPr>
        <w:t>:</w:t>
      </w:r>
    </w:p>
    <w:p>
      <w:pPr>
        <w:widowControl/>
        <w:wordWrap w:val="0"/>
        <w:autoSpaceDE w:val="0"/>
        <w:autoSpaceDN w:val="0"/>
        <w:spacing w:line="200" w:lineRule="exact" w:before="259" w:after="110"/>
        <w:ind w:left="215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1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Times New Roman" w:hAnsi="Times New Roman" w:eastAsia="Times New Roman"/>
          <w:b w:val="0"/>
          <w:color w:val="000000"/>
          <w:spacing w:val="283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Searchable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PDF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(.</w:t>
      </w:r>
      <w:r>
        <w:rPr>
          <w:rFonts w:ascii="Arial" w:hAnsi="Arial" w:eastAsia="Arial"/>
          <w:b w:val="0"/>
          <w:i w:val="0"/>
          <w:color w:val="000000"/>
          <w:sz w:val="20"/>
        </w:rPr>
        <w:t>pdf</w:t>
      </w:r>
      <w:r>
        <w:rPr>
          <w:rFonts w:ascii="Arial" w:hAnsi="Arial" w:eastAsia="Arial"/>
          <w:b w:val="0"/>
          <w:i w:val="0"/>
          <w:color w:val="000000"/>
          <w:sz w:val="20"/>
        </w:rPr>
        <w:t>)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overlays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invisible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selectable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text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layer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aligned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with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scanned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image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00" w:lineRule="exact" w:before="220" w:after="110"/>
        <w:ind w:left="2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2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Times New Roman" w:hAnsi="Times New Roman" w:eastAsia="Times New Roman"/>
          <w:b w:val="0"/>
          <w:color w:val="000000"/>
          <w:spacing w:val="298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All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4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section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headings</w:t>
      </w:r>
      <w:r>
        <w:rPr>
          <w:rFonts w:ascii="Times New Roman" w:hAnsi="Times New Roman" w:eastAsia="Times New Roman"/>
          <w:b w:val="0"/>
          <w:color w:val="000000"/>
          <w:spacing w:val="8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all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12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invoice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table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cells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must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be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recoverable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via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standard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w w:val="101"/>
          <w:sz w:val="20"/>
        </w:rPr>
        <w:t>text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selection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200" w:lineRule="exact" w:before="220" w:after="4235"/>
        <w:ind w:left="200" w:right="0" w:firstLine="0"/>
        <w:jc w:val="left"/>
      </w:pPr>
      <w:r>
        <w:rPr>
          <w:rFonts w:ascii="Arial" w:hAnsi="Arial" w:eastAsia="Arial"/>
          <w:b w:val="0"/>
          <w:i w:val="0"/>
          <w:color w:val="000000"/>
          <w:sz w:val="20"/>
        </w:rPr>
        <w:t>3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  <w:r>
        <w:rPr>
          <w:rFonts w:ascii="Times New Roman" w:hAnsi="Times New Roman" w:eastAsia="Times New Roman"/>
          <w:b w:val="0"/>
          <w:color w:val="000000"/>
          <w:spacing w:val="298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Multi</w:t>
      </w:r>
      <w:r>
        <w:rPr>
          <w:rFonts w:ascii="Arial" w:hAnsi="Arial" w:eastAsia="Arial"/>
          <w:b w:val="0"/>
          <w:i w:val="0"/>
          <w:color w:val="000000"/>
          <w:sz w:val="20"/>
        </w:rPr>
        <w:t>-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completeness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requires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preserving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w w:val="101"/>
          <w:sz w:val="20"/>
        </w:rPr>
        <w:t>both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1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financial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rows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and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the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2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token</w:t>
      </w:r>
      <w:r>
        <w:rPr>
          <w:rFonts w:ascii="Times New Roman" w:hAnsi="Times New Roman" w:eastAsia="Times New Roman"/>
          <w:b w:val="0"/>
          <w:color w:val="000000"/>
          <w:spacing w:val="5"/>
          <w:sz w:val="20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20"/>
        </w:rPr>
        <w:t>above</w:t>
      </w:r>
      <w:r>
        <w:rPr>
          <w:rFonts w:ascii="Arial" w:hAnsi="Arial" w:eastAsia="Arial"/>
          <w:b w:val="0"/>
          <w:i w:val="0"/>
          <w:color w:val="000000"/>
          <w:sz w:val="20"/>
        </w:rPr>
        <w:t>.</w:t>
      </w:r>
    </w:p>
    <w:p>
      <w:pPr>
        <w:widowControl/>
        <w:wordWrap w:val="0"/>
        <w:autoSpaceDE w:val="0"/>
        <w:autoSpaceDN w:val="0"/>
        <w:spacing w:line="180" w:lineRule="exact" w:before="8470" w:after="0"/>
        <w:ind w:left="45" w:right="0" w:firstLine="0"/>
        <w:jc w:val="left"/>
      </w:pPr>
      <w:r>
        <w:rPr>
          <w:rFonts w:ascii="Arial" w:hAnsi="Arial" w:eastAsia="Arial"/>
          <w:b w:val="0"/>
          <w:i w:val="0"/>
          <w:color w:val="0080FF"/>
          <w:sz w:val="18"/>
        </w:rPr>
        <w:t>RealTest</w:t>
      </w:r>
      <w:r>
        <w:rPr>
          <w:rFonts w:ascii="Arial" w:hAnsi="Arial" w:eastAsia="Arial"/>
          <w:b w:val="0"/>
          <w:i w:val="0"/>
          <w:color w:val="0080FF"/>
          <w:sz w:val="18"/>
        </w:rPr>
        <w:t>.</w:t>
      </w:r>
      <w:r>
        <w:rPr>
          <w:rFonts w:ascii="Arial" w:hAnsi="Arial" w:eastAsia="Arial"/>
          <w:b w:val="0"/>
          <w:i w:val="0"/>
          <w:color w:val="0080FF"/>
          <w:sz w:val="18"/>
        </w:rPr>
        <w:t>org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Standard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Scanned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Benchmark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Fixture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(</w:t>
      </w:r>
      <w:r>
        <w:rPr>
          <w:rFonts w:ascii="Arial" w:hAnsi="Arial" w:eastAsia="Arial"/>
          <w:b w:val="0"/>
          <w:i w:val="0"/>
          <w:color w:val="000000"/>
          <w:sz w:val="18"/>
        </w:rPr>
        <w:t>anchor</w:t>
      </w:r>
      <w:r>
        <w:rPr>
          <w:rFonts w:ascii="Arial" w:hAnsi="Arial" w:eastAsia="Arial"/>
          <w:b w:val="0"/>
          <w:i w:val="0"/>
          <w:color w:val="000000"/>
          <w:sz w:val="18"/>
        </w:rPr>
        <w:t>_</w:t>
      </w:r>
      <w:r>
        <w:rPr>
          <w:rFonts w:ascii="Arial" w:hAnsi="Arial" w:eastAsia="Arial"/>
          <w:b w:val="0"/>
          <w:i w:val="0"/>
          <w:color w:val="000000"/>
          <w:sz w:val="18"/>
        </w:rPr>
        <w:t>pdfocr</w:t>
      </w:r>
      <w:r>
        <w:rPr>
          <w:rFonts w:ascii="Arial" w:hAnsi="Arial" w:eastAsia="Arial"/>
          <w:b w:val="0"/>
          <w:i w:val="0"/>
          <w:color w:val="000000"/>
          <w:sz w:val="18"/>
        </w:rPr>
        <w:t>_</w:t>
      </w:r>
      <w:r>
        <w:rPr>
          <w:rFonts w:ascii="Arial" w:hAnsi="Arial" w:eastAsia="Arial"/>
          <w:b w:val="0"/>
          <w:i w:val="0"/>
          <w:color w:val="000000"/>
          <w:sz w:val="18"/>
        </w:rPr>
        <w:t>v1</w:t>
      </w:r>
      <w:r>
        <w:rPr>
          <w:rFonts w:ascii="Arial" w:hAnsi="Arial" w:eastAsia="Arial"/>
          <w:b w:val="0"/>
          <w:i w:val="0"/>
          <w:color w:val="000000"/>
          <w:sz w:val="18"/>
        </w:rPr>
        <w:t>)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—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Page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2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of</w:t>
      </w:r>
      <w:r>
        <w:rPr>
          <w:rFonts w:ascii="Times New Roman" w:hAnsi="Times New Roman" w:eastAsia="Times New Roman"/>
          <w:b w:val="0"/>
          <w:color w:val="000000"/>
          <w:spacing w:val="5"/>
          <w:sz w:val="18"/>
        </w:rPr>
        <w:t xml:space="preserve"> </w:t>
      </w:r>
      <w:r>
        <w:rPr>
          <w:rFonts w:ascii="Arial" w:hAnsi="Arial" w:eastAsia="Arial"/>
          <w:b w:val="0"/>
          <w:i w:val="0"/>
          <w:color w:val="000000"/>
          <w:sz w:val="18"/>
        </w:rPr>
        <w:t>2</w:t>
      </w:r>
    </w:p>
    <w:sectPr w:rsidR="00FC693F" w:rsidRPr="0006063C" w:rsidSect="00034616">
      <w:pgSz w:w="12240" w:h="15840"/>
      <w:pgMar w:top="529" w:right="1440" w:bottom="355" w:left="925" w:header="720" w:footer="720" w:gutter="0"/>
      <w:cols w:space="720" w:num="1" w:equalWidth="0">
        <w:col w:w="9875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noPunctuationKerning/>
  <w:characterSpacingControl w:val="compressPunctuationAndJapaneseKana"/>
  <w:savePreviewPicture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LightPDF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LightPDF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LightPDF</dc:creator>
  <cp:keywords/>
  <dc:description>generated by LightPDF 20250911</dc:description>
  <cp:lastModifiedBy>LightPDF</cp:lastModifiedBy>
  <cp:revision>1</cp:revision>
  <dcterms:created xsi:type="dcterms:W3CDTF">2026-10-25T04:30:24Z</dcterms:created>
  <dcterms:modified xsi:type="dcterms:W3CDTF">2026-10-25T04:30:24Z</dcterms:modified>
  <cp:category/>
</cp:coreProperties>
</file>